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B58F" w14:textId="77777777" w:rsidR="00610C83" w:rsidRPr="002E64DE" w:rsidRDefault="008A3965">
      <w:pPr>
        <w:pStyle w:val="Heading1"/>
        <w:rPr>
          <w:lang w:val="es-MX"/>
        </w:rPr>
      </w:pPr>
      <w:r w:rsidRPr="002E64DE">
        <w:rPr>
          <w:lang w:val="es-MX"/>
        </w:rPr>
        <w:t>Solicitud de aclaración y complemento de respuesta al oficio SEDU/DJ/0108/2026</w:t>
      </w:r>
    </w:p>
    <w:p w14:paraId="6746F6BA" w14:textId="77777777" w:rsidR="00610C83" w:rsidRPr="002E64DE" w:rsidRDefault="008A3965">
      <w:pPr>
        <w:rPr>
          <w:lang w:val="es-MX"/>
        </w:rPr>
      </w:pPr>
      <w:r w:rsidRPr="002E64DE">
        <w:rPr>
          <w:lang w:val="es-MX"/>
        </w:rPr>
        <w:t>Santiago, Nuevo León, a 23 de julio de 2026</w:t>
      </w:r>
    </w:p>
    <w:p w14:paraId="28743E39" w14:textId="77777777" w:rsidR="00610C83" w:rsidRPr="002E64DE" w:rsidRDefault="008A3965">
      <w:pPr>
        <w:rPr>
          <w:lang w:val="es-MX"/>
        </w:rPr>
      </w:pPr>
      <w:r w:rsidRPr="002E64DE">
        <w:rPr>
          <w:b/>
          <w:lang w:val="es-MX"/>
        </w:rPr>
        <w:t>C. LIC. GERARDO DE JESÚS VILLARREAL GRAJALES</w:t>
      </w:r>
      <w:r w:rsidRPr="002E64DE">
        <w:rPr>
          <w:b/>
          <w:lang w:val="es-MX"/>
        </w:rPr>
        <w:br/>
      </w:r>
      <w:r w:rsidRPr="002E64DE">
        <w:rPr>
          <w:lang w:val="es-MX"/>
        </w:rPr>
        <w:t>DIRECTOR JURÍDICO DE LA SECRETARÍA DE DESARROLLO URBANO</w:t>
      </w:r>
      <w:r w:rsidRPr="002E64DE">
        <w:rPr>
          <w:lang w:val="es-MX"/>
        </w:rPr>
        <w:br/>
        <w:t>MUNICIPIO DE SANTIAGO, NUEVO LEÓN</w:t>
      </w:r>
      <w:r w:rsidRPr="002E64DE">
        <w:rPr>
          <w:lang w:val="es-MX"/>
        </w:rPr>
        <w:br/>
      </w:r>
      <w:r w:rsidRPr="002E64DE">
        <w:rPr>
          <w:b/>
          <w:lang w:val="es-MX"/>
        </w:rPr>
        <w:t>P R E S E N T E.-</w:t>
      </w:r>
    </w:p>
    <w:p w14:paraId="0E83E5D4" w14:textId="77777777" w:rsidR="00610C83" w:rsidRPr="002E64DE" w:rsidRDefault="008A3965">
      <w:pPr>
        <w:rPr>
          <w:lang w:val="es-MX"/>
        </w:rPr>
      </w:pPr>
      <w:r w:rsidRPr="002E64DE">
        <w:rPr>
          <w:lang w:val="es-MX"/>
        </w:rPr>
        <w:t>Asunto: Solicitud de aclaración y complemento de respuesta al oficio SEDU/DJ/0108/2026.</w:t>
      </w:r>
    </w:p>
    <w:p w14:paraId="47EF8D53" w14:textId="77777777" w:rsidR="002E64DE" w:rsidRDefault="008A3965">
      <w:pPr>
        <w:rPr>
          <w:lang w:val="es-MX"/>
        </w:rPr>
      </w:pPr>
      <w:r w:rsidRPr="002E64DE">
        <w:rPr>
          <w:lang w:val="es-MX"/>
        </w:rPr>
        <w:t>C.c.p.</w:t>
      </w:r>
      <w:r w:rsidRPr="002E64DE">
        <w:rPr>
          <w:lang w:val="es-MX"/>
        </w:rPr>
        <w:br/>
        <w:t>C. David de la Peña Marroquín, Presidente Municipal de Santiago, Nuevo León. Para su conocimiento y efectos conducentes.</w:t>
      </w:r>
    </w:p>
    <w:p w14:paraId="7514B6AD" w14:textId="12970D8D" w:rsidR="00610C83" w:rsidRDefault="008A3965">
      <w:pPr>
        <w:rPr>
          <w:lang w:val="es-MX"/>
        </w:rPr>
      </w:pPr>
      <w:r w:rsidRPr="002E64DE">
        <w:rPr>
          <w:lang w:val="es-MX"/>
        </w:rPr>
        <w:br/>
      </w:r>
      <w:r w:rsidRPr="002E64DE">
        <w:rPr>
          <w:lang w:val="es-MX"/>
        </w:rPr>
        <w:t>C. Ing. Jorge Flores Tám ez, Secretario de Desarrollo Urbano del Municipio de Santiago, Nuevo León. Para su conocimiento y seguimiento administrativo.</w:t>
      </w:r>
    </w:p>
    <w:p w14:paraId="36B101AF" w14:textId="77777777" w:rsidR="00610C83" w:rsidRPr="002E64DE" w:rsidRDefault="008A3965">
      <w:pPr>
        <w:rPr>
          <w:lang w:val="es-MX"/>
        </w:rPr>
      </w:pPr>
      <w:r w:rsidRPr="002E64DE">
        <w:rPr>
          <w:lang w:val="es-MX"/>
        </w:rPr>
        <w:t>El presente escrito no constituye una impugnación a la respuesta emitida por esa Dirección Jurídica; por el contrario, tiene por objeto solicitar respetuosamente la aclaración y complemento de algunos aspectos que considero indispensables para contar con plena certeza jurídica respecto de la información solicitada, en ejercicio de los derechos consagrados en los artículos 6° y 8° de la Constitución Política de los Estados Unidos Mexicanos.</w:t>
      </w:r>
    </w:p>
    <w:p w14:paraId="3F9A73B6" w14:textId="77777777" w:rsidR="00610C83" w:rsidRPr="002E64DE" w:rsidRDefault="008A3965">
      <w:pPr>
        <w:rPr>
          <w:lang w:val="es-MX"/>
        </w:rPr>
      </w:pPr>
      <w:r w:rsidRPr="002E64DE">
        <w:rPr>
          <w:b/>
          <w:lang w:val="es-MX"/>
        </w:rPr>
        <w:t>PRIMERO</w:t>
      </w:r>
    </w:p>
    <w:p w14:paraId="3BB8589C" w14:textId="77777777" w:rsidR="002E64DE" w:rsidRDefault="008A3965">
      <w:pPr>
        <w:rPr>
          <w:lang w:val="es-MX"/>
        </w:rPr>
      </w:pPr>
      <w:r w:rsidRPr="002E64DE">
        <w:rPr>
          <w:lang w:val="es-MX"/>
        </w:rPr>
        <w:t>Agradezco la respuesta en la que se informa que no existe antecedente alguno de licencia, autorización, permiso, registro, expediente administrativo o trámite en proceso relacionado con la autorización</w:t>
      </w:r>
    </w:p>
    <w:p w14:paraId="2355DE7E" w14:textId="0165DC12" w:rsidR="00610C83" w:rsidRPr="002E64DE" w:rsidRDefault="008A3965">
      <w:pPr>
        <w:rPr>
          <w:lang w:val="es-MX"/>
        </w:rPr>
      </w:pPr>
      <w:r w:rsidRPr="002E64DE">
        <w:rPr>
          <w:lang w:val="es-MX"/>
        </w:rPr>
        <w:lastRenderedPageBreak/>
        <w:t>para la operación de un salón de eventos, salón de fiestas o establecimiento similar dentro de Hacienda Las Misiones.</w:t>
      </w:r>
    </w:p>
    <w:p w14:paraId="3045454A" w14:textId="77777777" w:rsidR="00610C83" w:rsidRPr="002E64DE" w:rsidRDefault="008A3965">
      <w:pPr>
        <w:rPr>
          <w:lang w:val="es-MX"/>
        </w:rPr>
      </w:pPr>
      <w:r w:rsidRPr="002E64DE">
        <w:rPr>
          <w:b/>
          <w:lang w:val="es-MX"/>
        </w:rPr>
        <w:t>SEGUNDO</w:t>
      </w:r>
    </w:p>
    <w:p w14:paraId="6C800697" w14:textId="77777777" w:rsidR="00610C83" w:rsidRPr="002E64DE" w:rsidRDefault="008A3965">
      <w:pPr>
        <w:rPr>
          <w:lang w:val="es-MX"/>
        </w:rPr>
      </w:pPr>
      <w:r w:rsidRPr="002E64DE">
        <w:rPr>
          <w:lang w:val="es-MX"/>
        </w:rPr>
        <w:t>Solicito se precise a qué 'permiso o autorización de origen' hace referencia el oficio, indicando el inmueble correspondiente, número de expediente, autoridad estatal emisora, fecha de expedición, uso autorizado y remitiendo copia simple o certificada del documento.</w:t>
      </w:r>
    </w:p>
    <w:p w14:paraId="0689BF7A" w14:textId="77777777" w:rsidR="00610C83" w:rsidRPr="002E64DE" w:rsidRDefault="008A3965">
      <w:pPr>
        <w:rPr>
          <w:lang w:val="es-MX"/>
        </w:rPr>
      </w:pPr>
      <w:r w:rsidRPr="002E64DE">
        <w:rPr>
          <w:b/>
          <w:lang w:val="es-MX"/>
        </w:rPr>
        <w:t>TERCERO</w:t>
      </w:r>
    </w:p>
    <w:p w14:paraId="6D835F18" w14:textId="77777777" w:rsidR="00610C83" w:rsidRPr="002E64DE" w:rsidRDefault="008A3965">
      <w:pPr>
        <w:rPr>
          <w:lang w:val="es-MX"/>
        </w:rPr>
      </w:pPr>
      <w:r w:rsidRPr="002E64DE">
        <w:rPr>
          <w:lang w:val="es-MX"/>
        </w:rPr>
        <w:t>Solicito se informe expresamente si ese permiso de origen autoriza la construcción u operación de un salón de eventos, salón de fiestas o cualquier actividad comercial similar, o si únicamente corresponde a la autorización original del desarrollo habitacional.</w:t>
      </w:r>
    </w:p>
    <w:p w14:paraId="63E40943" w14:textId="77777777" w:rsidR="00610C83" w:rsidRPr="002E64DE" w:rsidRDefault="008A3965">
      <w:pPr>
        <w:rPr>
          <w:lang w:val="es-MX"/>
        </w:rPr>
      </w:pPr>
      <w:r w:rsidRPr="002E64DE">
        <w:rPr>
          <w:b/>
          <w:lang w:val="es-MX"/>
        </w:rPr>
        <w:t>CUARTO</w:t>
      </w:r>
    </w:p>
    <w:p w14:paraId="3E443EC2" w14:textId="77777777" w:rsidR="00610C83" w:rsidRPr="002E64DE" w:rsidRDefault="008A3965">
      <w:pPr>
        <w:rPr>
          <w:lang w:val="es-MX"/>
        </w:rPr>
      </w:pPr>
      <w:r w:rsidRPr="002E64DE">
        <w:rPr>
          <w:lang w:val="es-MX"/>
        </w:rPr>
        <w:t>Es importante precisar que la tercera petición formulada en mi escrito inicial no estaba dirigida a conocer la existencia de un salón de eventos o de un proyecto de construcción, sino a determinar si existe autorización administrativa para utilizar el área actualmente conocida como campo deportivo para la realización habitual de eventos sociales, mediante la instalación de carpas y su renta o utilización por personas ajenas al Club de Golf Hacienda Las Misiones. Sobre ese punto concreto no existe un pronunc</w:t>
      </w:r>
      <w:r w:rsidRPr="002E64DE">
        <w:rPr>
          <w:lang w:val="es-MX"/>
        </w:rPr>
        <w:t>iamiento expreso en el oficio SEDU/DJ/0108/2026, razón por la cual respetuosamente solicito se emita una respuesta específica, clara y categórica. En caso de existir autorización, solicito copia; en caso contrario, solicito se manifieste expresamente que no obra autorización alguna en los archivos municipales.</w:t>
      </w:r>
    </w:p>
    <w:p w14:paraId="5B287623" w14:textId="77777777" w:rsidR="00610C83" w:rsidRPr="002E64DE" w:rsidRDefault="008A3965">
      <w:pPr>
        <w:rPr>
          <w:lang w:val="es-MX"/>
        </w:rPr>
      </w:pPr>
      <w:r w:rsidRPr="002E64DE">
        <w:rPr>
          <w:b/>
          <w:lang w:val="es-MX"/>
        </w:rPr>
        <w:t>QUINTO</w:t>
      </w:r>
    </w:p>
    <w:p w14:paraId="3A48F881" w14:textId="77777777" w:rsidR="00610C83" w:rsidRPr="002E64DE" w:rsidRDefault="008A3965">
      <w:pPr>
        <w:rPr>
          <w:lang w:val="es-MX"/>
        </w:rPr>
      </w:pPr>
      <w:r w:rsidRPr="002E64DE">
        <w:rPr>
          <w:lang w:val="es-MX"/>
        </w:rPr>
        <w:t xml:space="preserve">Solicito informar si actualmente existe autorización para desarrollar actividades comerciales, eventos abiertos al público o renta de </w:t>
      </w:r>
      <w:r w:rsidRPr="002E64DE">
        <w:rPr>
          <w:lang w:val="es-MX"/>
        </w:rPr>
        <w:lastRenderedPageBreak/>
        <w:t>instalaciones dentro de las áreas deportivas o recreativas de Hacienda Las Misiones, cualquiera que sea la denominación utilizada.</w:t>
      </w:r>
    </w:p>
    <w:p w14:paraId="1C7233E6" w14:textId="77777777" w:rsidR="00610C83" w:rsidRPr="002E64DE" w:rsidRDefault="008A3965">
      <w:pPr>
        <w:rPr>
          <w:b/>
          <w:bCs/>
          <w:lang w:val="es-MX"/>
        </w:rPr>
      </w:pPr>
      <w:r w:rsidRPr="002E64DE">
        <w:rPr>
          <w:b/>
          <w:bCs/>
          <w:lang w:val="es-MX"/>
        </w:rPr>
        <w:t>PETICIONES</w:t>
      </w:r>
    </w:p>
    <w:p w14:paraId="643DB985" w14:textId="77777777" w:rsidR="00610C83" w:rsidRPr="002E64DE" w:rsidRDefault="008A3965">
      <w:pPr>
        <w:rPr>
          <w:lang w:val="es-MX"/>
        </w:rPr>
      </w:pPr>
      <w:r w:rsidRPr="002E64DE">
        <w:rPr>
          <w:b/>
          <w:bCs/>
          <w:lang w:val="es-MX"/>
        </w:rPr>
        <w:t>PRIMERO</w:t>
      </w:r>
      <w:r w:rsidRPr="002E64DE">
        <w:rPr>
          <w:lang w:val="es-MX"/>
        </w:rPr>
        <w:t>. Tenerme por presentado solicitando la aclaración y complemento del oficio SEDU/DJ/0108/2026.</w:t>
      </w:r>
      <w:r w:rsidRPr="002E64DE">
        <w:rPr>
          <w:lang w:val="es-MX"/>
        </w:rPr>
        <w:br/>
      </w:r>
      <w:r w:rsidRPr="002E64DE">
        <w:rPr>
          <w:b/>
          <w:bCs/>
          <w:lang w:val="es-MX"/>
        </w:rPr>
        <w:t>SEGUNDO.</w:t>
      </w:r>
      <w:r w:rsidRPr="002E64DE">
        <w:rPr>
          <w:lang w:val="es-MX"/>
        </w:rPr>
        <w:t xml:space="preserve"> Emitir respuesta expresa, completa y congruente respecto de todos los puntos planteados.</w:t>
      </w:r>
      <w:r w:rsidRPr="002E64DE">
        <w:rPr>
          <w:lang w:val="es-MX"/>
        </w:rPr>
        <w:br/>
      </w:r>
      <w:r w:rsidRPr="002E64DE">
        <w:rPr>
          <w:b/>
          <w:bCs/>
          <w:lang w:val="es-MX"/>
        </w:rPr>
        <w:t>TERCERO.</w:t>
      </w:r>
      <w:r w:rsidRPr="002E64DE">
        <w:rPr>
          <w:lang w:val="es-MX"/>
        </w:rPr>
        <w:t xml:space="preserve"> Expedir las copias solicitadas.</w:t>
      </w:r>
    </w:p>
    <w:p w14:paraId="20059E4F" w14:textId="77777777" w:rsidR="002E64DE" w:rsidRPr="002E64DE" w:rsidRDefault="008A3965">
      <w:pPr>
        <w:rPr>
          <w:lang w:val="es-MX"/>
        </w:rPr>
      </w:pPr>
      <w:r w:rsidRPr="002E64DE">
        <w:rPr>
          <w:lang w:val="es-MX"/>
        </w:rPr>
        <w:br/>
        <w:t>ATENTAMENTE</w:t>
      </w:r>
      <w:r w:rsidRPr="002E64DE">
        <w:rPr>
          <w:lang w:val="es-MX"/>
        </w:rPr>
        <w:br/>
      </w:r>
      <w:r w:rsidRPr="002E64DE">
        <w:rPr>
          <w:lang w:val="es-MX"/>
        </w:rPr>
        <w:br/>
      </w:r>
    </w:p>
    <w:p w14:paraId="2F0321A6" w14:textId="733053A4" w:rsidR="00610C83" w:rsidRPr="002E64DE" w:rsidRDefault="008A3965">
      <w:pPr>
        <w:rPr>
          <w:lang w:val="es-MX"/>
        </w:rPr>
      </w:pPr>
      <w:r w:rsidRPr="002E64DE">
        <w:rPr>
          <w:lang w:val="es-MX"/>
        </w:rPr>
        <w:t>Gilberto de Jesús Lozano González</w:t>
      </w:r>
      <w:r w:rsidRPr="002E64DE">
        <w:rPr>
          <w:lang w:val="es-MX"/>
        </w:rPr>
        <w:br/>
        <w:t>San Miguel Arcángel No. 210</w:t>
      </w:r>
      <w:r w:rsidRPr="002E64DE">
        <w:rPr>
          <w:lang w:val="es-MX"/>
        </w:rPr>
        <w:br/>
        <w:t>Col. Hacienda Las Misiones</w:t>
      </w:r>
      <w:r w:rsidRPr="002E64DE">
        <w:rPr>
          <w:lang w:val="es-MX"/>
        </w:rPr>
        <w:br/>
        <w:t>C.P. 67302</w:t>
      </w:r>
      <w:r w:rsidRPr="002E64DE">
        <w:rPr>
          <w:lang w:val="es-MX"/>
        </w:rPr>
        <w:br/>
        <w:t>Santiago, Nuevo León</w:t>
      </w:r>
      <w:r w:rsidRPr="002E64DE">
        <w:rPr>
          <w:lang w:val="es-MX"/>
        </w:rPr>
        <w:br/>
        <w:t>Tel. 81 11 15 11 34</w:t>
      </w:r>
      <w:r w:rsidRPr="002E64DE">
        <w:rPr>
          <w:lang w:val="es-MX"/>
        </w:rPr>
        <w:br/>
        <w:t>Correos: gilbertolosgonz@gmail.com</w:t>
      </w:r>
      <w:r w:rsidRPr="002E64DE">
        <w:rPr>
          <w:lang w:val="es-MX"/>
        </w:rPr>
        <w:br/>
        <w:t>glozano@pquantum.com</w:t>
      </w:r>
    </w:p>
    <w:sectPr w:rsidR="00610C83" w:rsidRPr="002E64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2056207">
    <w:abstractNumId w:val="8"/>
  </w:num>
  <w:num w:numId="2" w16cid:durableId="772282235">
    <w:abstractNumId w:val="6"/>
  </w:num>
  <w:num w:numId="3" w16cid:durableId="1284573851">
    <w:abstractNumId w:val="5"/>
  </w:num>
  <w:num w:numId="4" w16cid:durableId="380909825">
    <w:abstractNumId w:val="4"/>
  </w:num>
  <w:num w:numId="5" w16cid:durableId="34474244">
    <w:abstractNumId w:val="7"/>
  </w:num>
  <w:num w:numId="6" w16cid:durableId="1500996390">
    <w:abstractNumId w:val="3"/>
  </w:num>
  <w:num w:numId="7" w16cid:durableId="1966808085">
    <w:abstractNumId w:val="2"/>
  </w:num>
  <w:num w:numId="8" w16cid:durableId="1870097604">
    <w:abstractNumId w:val="1"/>
  </w:num>
  <w:num w:numId="9" w16cid:durableId="28157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64DE"/>
    <w:rsid w:val="00326F90"/>
    <w:rsid w:val="00610C83"/>
    <w:rsid w:val="007C0EDE"/>
    <w:rsid w:val="008A396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CB87918-2C83-46A3-AFCF-D932177B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Gilberto Lozano</cp:lastModifiedBy>
  <cp:revision>2</cp:revision>
  <dcterms:created xsi:type="dcterms:W3CDTF">2013-12-23T23:15:00Z</dcterms:created>
  <dcterms:modified xsi:type="dcterms:W3CDTF">2026-07-23T14:34:00Z</dcterms:modified>
  <cp:category/>
</cp:coreProperties>
</file>